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זוגות של מילים נרדפות ברמות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נרדפת מתאימה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הנרדפת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 של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הפוכות, 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הנרדפת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המילים הנרדפות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(מאורגן)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כתיבה: שימוש במילים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תקינים, בכל אחד נעשה שימוש נכון באחת המילים מהזוג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עליז (או תשובה דומה מהדף)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זריז (או תשובה דומה מהדף)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דומות במשמעות,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לפי רמות (מתחילים/מתקדמים/אלופים) ולהתאים את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להשתמש במילים הנרדפות במשפטים חדשים משלהם, לא רק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ההתאמה אפשר לבקש מהתלמידים להוסיף גם משפט לדוגמה עם כל זוג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מילים נרדפות הן מילים שיש להן משמעות קרובה מאוד, אבל לא תמיד זהה לגמרי. בדף הזה נתרגל זוגות של מילים נרדפות מהמאגר - מרמת מתחילים ועד רמת אלופים.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ענק  ·  עליז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המילה הנרדפת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המילה הנרדפת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הנרדפת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המילה הנרדפת ל'מהיר'?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הנרדפת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__________ במסיבת יום ההולדת (נרדף ל'שמח').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ראינו פיל __________ בגן החיות (נרדף ל'גדול').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המילים הנרדפות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נחמד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מאורגן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כתיבה: שימוש במילים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שלושה זוגות מילים נרדפות מהדף וכתבו עם כל אחת 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אחת ל'שמח'.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אחת ל'מהיר'.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