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זוגות של מילים נרדפות ברמות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מילה נרדפת מתאימה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בכתיבה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הנרדפת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ידיד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אמיד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 של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היעדר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מתארות חוסר כוח וצורך במנוחה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לפי הדף, מילים נרדפות קרובות במשמעות אבל לא תמיד זהות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הנרדפת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דממה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המילים הנרדפות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(מאורגן)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(מדוכדך)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(חסון)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כתיבה: שימוש במילים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תקינים, בכל אחד נעשה שימוש נכון באחת המילים מהזוג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שמילים נרדפות קרובות אבל לא זהות, ומביא דוגמה כמו 'ענק' שהוא 'גדול מאוד' ולא סתם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עליז (או תשובה דומה מהדף)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זריז (או תשובה דומה מהדף)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- דומות במשמעות, הפכים - משמעות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לפי רמות (מתחילים/מתקדמים/אלופים) ולהתאים את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להשתמש במילים הנרדפות במשפטים חדשים משלהם, לא רק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ההתאמה אפשר לבקש מהתלמידים להוסיף גם משפט לדוגמה עם כל זוג 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מילה נרדפת היא מילה אחרת שאומרת כמעט אותו דבר. למשל: שמח = עליז. נתרגל יחד מילים כאלה.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שהמשמעות שלה דומה מאוד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זריז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שקט גמור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הנרדפת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ל'מהיר'?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ל'קל'?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ל'חבר'?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ידיד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דומה ל'שקט'?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איזו מילה דומה ל'אמיץ'?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איזו מילה דומה ל'עשיר'?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רעב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'חושך' ו'אפלה'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'עייף' ו'תשוש'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'קרוב' ו'רחוק'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תמיד זהות לחלוטין במשמעות.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הנרדפת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במסיבת יום ההולדת (נרדף ל'שמח').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ראינו פיל __________ בגן החיות (נרדף ל'גדול').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הארנב __________ מאוד (נרדף ל'מהיר').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בספרייה יש __________ (נרדף ל'שקט').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הגיבור בסיפור __________ (נרדף ל'אמיץ').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יש __________ בחוץ (נרדף ל'חושך').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המילים הנרדפות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חסון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מדוכדך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מאורגן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כתיבה: שימוש במילים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זוגות מילים נרדפות מהדף וכתבו עם כל אחת 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מילים נרדפות לא תמיד זהות לגמרי במשמעות, והביאו דוגמה מהדף.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ל'שמח'.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אחת ל'מהיר'.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נרדפות למילים הפוכות?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