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🌈 ארץ המילים – מילים נרדפות והפכים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מילים נרדפות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זוגות של מילים נרדפות ברמות שונות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מילה נרדפת מתאימה בתוך 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שימוש במילים נרדפות בכתיבה עצמית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בחרו את המילה הנרדפת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עליז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ענק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זריז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פשוט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ידיד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דממה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ב – נועז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8. ב – אמיד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שתי המילים מתארות הרגשה דומה של שמחה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אלה מילים הפוכות, לא נרדפות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שתיהן מתארות היעדר אור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שתיהן מתארות חוסר כוח וצורך במנוחה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אלה מילים הפוכות במשמעות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לפי הדף, מילים נרדפות קרובות במשמעות אבל לא תמיד זהות לגמרי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הנרדפת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עליז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ענק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זריז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דממה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נועז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אפלה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המילים הנרדפות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(חביב)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ו (זריז)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(מטר)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(מאורגן)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(מדוכדך)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א (חסון)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כתיבה: שימוש במילים נרדפות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כותב שלושה משפטים תקינים, בכל אחד נעשה שימוש נכון באחת המילים מהזוג שנבחר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התלמיד מסביר שמילים נרדפות קרובות אבל לא זהות, ומביא דוגמה כמו 'ענק' שהוא 'גדול מאוד' ולא סתם גדול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עליז (או תשובה דומה מהדף)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זריז (או תשובה דומה מהדף)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נרדפות - דומות במשמעות, הפכים - משמעות הפוכה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הכיתה לפי רמות (מתחילים/מתקדמים/אלופים) ולהתאים את התרגילים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את התלמידים להשתמש במילים הנרדפות במשפטים חדשים משלהם, לא רק מהדף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בפעילות ההתאמה אפשר לבקש מהתלמידים להוסיף גם משפט לדוגמה עם כל זוג מילים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🌈 ארץ המילים – מילים נרדפות והפכים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מילים נרדפות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מילים נרדפות הן מילים שיש להן משמעות קרובה מאוד, אבל לא תמיד זהה לגמרי. בדף הזה נתרגל זוגות של מילים נרדפות מהמאגר - מרמת מתחילים ועד רמת אלופים.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בחרו את המילה הנרדפת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מהי המילה הנרדפת ל'שמח'?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עצוב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עליז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כועס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פוחד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מהי המילה הנרדפת ל'גדול'?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זעיר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ענק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רחוק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מהי המילה הנרדפת ל'מהיר'?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לאט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זריז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עייף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מהי המילה הנרדפת ל'קל'?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פשוט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מסובך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ארוך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מהי המילה הנרדפת ל'חבר'?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אויב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זר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ידיד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שכן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מהי המילה הנרדפת ל'שקט'?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רעש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דממה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המולה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צעקה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מהי המילה הנרדפת ל'אמיץ'?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פחדן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נועז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חלש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עצוב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8. מהי המילה הנרדפת ל'עשיר'?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רעב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המילים 'שמח' ו'עליז' הן מילים נרדפות.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המילים 'גדול' ו'קטן' הן מילים נרדפות.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המילים 'חושך' ו'אפלה' הן מילים נרדפות.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המילים 'עייף' ו'תשוש' הן מילים נרדפות.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המילים 'קרוב' ו'רחוק' הן מילים נרדפות.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מילים נרדפות הן תמיד זהות לחלוטין במשמעות.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הנרדפת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הילד __________ במסיבת יום ההולדת (נרדף ל'שמח').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ראינו פיל __________ בגן החיות (נרדף ל'גדול').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הארנב __________ מאוד (נרדף ל'מהיר').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בספרייה יש __________ (נרדף ל'שקט').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הגיבור בסיפור __________ (נרדף ל'אמיץ').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בלילה יש __________ בחוץ (נרדף ל'חושך').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המילים הנרדפות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נחמד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חסון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מהר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מדוכדך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גשם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מאורגן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מסודר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חביב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עצוב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מטר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חזק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זריז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כתיבה: שימוש במילים נרדפות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שלושה זוגות מילים נרדפות מהדף וכתבו עם כל אחת משפט משלכם.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במילים שלכם למה מילים נרדפות לא תמיד זהות לגמרי במשמעות, והביאו דוגמה מהדף.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מילה נרדפת אחת ל'שמח'.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מילה נרדפת אחת ל'מהיר'.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מילים נרדפות למילים הפוכות?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מילים נרדפות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